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126" w:rsidRDefault="00203126">
      <w:pPr>
        <w:jc w:val="both"/>
      </w:pPr>
    </w:p>
    <w:p w:rsidR="00203126" w:rsidRDefault="00111992" w:rsidP="00FB384A">
      <w:pPr>
        <w:spacing w:after="0" w:line="240" w:lineRule="auto"/>
        <w:jc w:val="both"/>
      </w:pPr>
      <w:bookmarkStart w:id="0" w:name="_Hlk236214995"/>
      <w:r>
        <w:t xml:space="preserve">Ogledni primjer: Pravilnik o </w:t>
      </w:r>
      <w:proofErr w:type="spellStart"/>
      <w:r>
        <w:t>provedbi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FB384A" w:rsidRDefault="00FB384A" w:rsidP="00FB384A">
      <w:pPr>
        <w:spacing w:after="0" w:line="240" w:lineRule="auto"/>
        <w:jc w:val="both"/>
      </w:pPr>
    </w:p>
    <w:p w:rsidR="00203126" w:rsidRDefault="00111992" w:rsidP="00FB384A">
      <w:pPr>
        <w:spacing w:after="0" w:line="240" w:lineRule="auto"/>
        <w:jc w:val="both"/>
      </w:pPr>
      <w:r>
        <w:t>Na temelju članka 15. stavka 2. Zakona o javnoj nabavi (Narodne novine, br. 120/16, 114/22 i</w:t>
      </w:r>
    </w:p>
    <w:p w:rsidR="00203126" w:rsidRDefault="00111992" w:rsidP="00FB384A">
      <w:pPr>
        <w:spacing w:after="0" w:line="240" w:lineRule="auto"/>
        <w:jc w:val="both"/>
      </w:pPr>
      <w:r>
        <w:t xml:space="preserve">48/26.) i članka </w:t>
      </w:r>
      <w:r w:rsidR="00FB384A">
        <w:t>43.</w:t>
      </w:r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proofErr w:type="gramStart"/>
      <w:r w:rsidR="00FB384A">
        <w:t>Kozala</w:t>
      </w:r>
      <w:proofErr w:type="spellEnd"/>
      <w:r>
        <w:t xml:space="preserve"> ,</w:t>
      </w:r>
      <w:r w:rsidR="00FB384A">
        <w:t>Rijeka</w:t>
      </w:r>
      <w:proofErr w:type="gramEnd"/>
      <w:r w:rsidR="00FB384A">
        <w:t>,</w:t>
      </w:r>
      <w:r>
        <w:t xml:space="preserve"> 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Osnovne</w:t>
      </w:r>
      <w:proofErr w:type="spellEnd"/>
    </w:p>
    <w:p w:rsidR="00203126" w:rsidRDefault="00111992" w:rsidP="00FB384A">
      <w:pPr>
        <w:spacing w:after="0" w:line="240" w:lineRule="auto"/>
        <w:jc w:val="both"/>
      </w:pPr>
      <w:proofErr w:type="spellStart"/>
      <w:r>
        <w:t>škole</w:t>
      </w:r>
      <w:r w:rsidR="00FB384A">
        <w:t>Kozalana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, </w:t>
      </w:r>
      <w:proofErr w:type="spellStart"/>
      <w:r>
        <w:t>održanoj</w:t>
      </w:r>
      <w:proofErr w:type="spellEnd"/>
      <w:r>
        <w:t xml:space="preserve"> ___________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</w:t>
      </w:r>
    </w:p>
    <w:p w:rsidR="00FB384A" w:rsidRDefault="00FB384A" w:rsidP="00FB384A">
      <w:pPr>
        <w:spacing w:after="0" w:line="240" w:lineRule="auto"/>
        <w:jc w:val="both"/>
      </w:pPr>
    </w:p>
    <w:p w:rsidR="00203126" w:rsidRDefault="00111992" w:rsidP="00FB384A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PRAVILNIK</w:t>
      </w:r>
    </w:p>
    <w:p w:rsidR="00FB384A" w:rsidRDefault="00FB384A" w:rsidP="00FB384A">
      <w:pPr>
        <w:spacing w:after="0" w:line="240" w:lineRule="auto"/>
        <w:jc w:val="center"/>
      </w:pPr>
    </w:p>
    <w:p w:rsidR="00203126" w:rsidRDefault="00111992" w:rsidP="00FB384A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O PROVEDBI POSTUPAKA JEDNOSTAVNE NABAVE</w:t>
      </w:r>
    </w:p>
    <w:p w:rsidR="00FB384A" w:rsidRDefault="00FB384A" w:rsidP="00FB384A">
      <w:pPr>
        <w:spacing w:after="0" w:line="240" w:lineRule="auto"/>
        <w:jc w:val="center"/>
      </w:pPr>
    </w:p>
    <w:p w:rsidR="00203126" w:rsidRPr="00FB384A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I. </w:t>
      </w:r>
      <w:proofErr w:type="spellStart"/>
      <w:r w:rsidRPr="00FB384A">
        <w:rPr>
          <w:b/>
          <w:sz w:val="24"/>
          <w:szCs w:val="24"/>
        </w:rPr>
        <w:t>Opće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odredbe</w:t>
      </w:r>
      <w:proofErr w:type="spellEnd"/>
    </w:p>
    <w:p w:rsidR="00FB384A" w:rsidRDefault="00FB384A" w:rsidP="00FB384A">
      <w:pPr>
        <w:spacing w:after="0" w:line="240" w:lineRule="auto"/>
        <w:jc w:val="center"/>
      </w:pPr>
    </w:p>
    <w:p w:rsidR="00203126" w:rsidRDefault="00111992" w:rsidP="00FB384A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Č</w:t>
      </w:r>
      <w:r>
        <w:rPr>
          <w:b/>
        </w:rPr>
        <w:t>lanak</w:t>
      </w:r>
      <w:proofErr w:type="spellEnd"/>
      <w:r>
        <w:rPr>
          <w:b/>
        </w:rPr>
        <w:t xml:space="preserve"> 1.</w:t>
      </w:r>
    </w:p>
    <w:p w:rsidR="00FB384A" w:rsidRDefault="00FB384A" w:rsidP="00FB384A">
      <w:pPr>
        <w:spacing w:after="0" w:line="240" w:lineRule="auto"/>
        <w:jc w:val="center"/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Ovim Pravilnikom se uređuju pravila, uvjeti i postupci za nabavu robe i usluga naručitelja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Osno</w:t>
      </w:r>
      <w:r w:rsidRPr="00FB384A">
        <w:rPr>
          <w:sz w:val="24"/>
          <w:szCs w:val="24"/>
        </w:rPr>
        <w:t>vne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škole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="00FB384A" w:rsidRPr="00FB384A">
        <w:rPr>
          <w:sz w:val="24"/>
          <w:szCs w:val="24"/>
        </w:rPr>
        <w:t>Kozala</w:t>
      </w:r>
      <w:proofErr w:type="spellEnd"/>
      <w:r w:rsidRPr="00FB384A">
        <w:rPr>
          <w:sz w:val="24"/>
          <w:szCs w:val="24"/>
        </w:rPr>
        <w:t xml:space="preserve"> (u </w:t>
      </w:r>
      <w:proofErr w:type="spellStart"/>
      <w:r w:rsidRPr="00FB384A">
        <w:rPr>
          <w:sz w:val="24"/>
          <w:szCs w:val="24"/>
        </w:rPr>
        <w:t>daljnjem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tekstu</w:t>
      </w:r>
      <w:proofErr w:type="spellEnd"/>
      <w:r w:rsidRPr="00FB384A">
        <w:rPr>
          <w:sz w:val="24"/>
          <w:szCs w:val="24"/>
        </w:rPr>
        <w:t>: Škola) čija je procijenjena vrijednost bez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poreza na dodanu vrijednost (PDV) manja od 50.000 eura i nabavu radova čija je procijenjena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vrijednost bez poreza na dodanu vrijednost (</w:t>
      </w:r>
      <w:proofErr w:type="gramStart"/>
      <w:r w:rsidRPr="00FB384A">
        <w:rPr>
          <w:sz w:val="24"/>
          <w:szCs w:val="24"/>
        </w:rPr>
        <w:t>PDV)  manja</w:t>
      </w:r>
      <w:proofErr w:type="gramEnd"/>
      <w:r w:rsidRPr="00FB384A">
        <w:rPr>
          <w:sz w:val="24"/>
          <w:szCs w:val="24"/>
        </w:rPr>
        <w:t xml:space="preserve"> od 100.000 eura (u dal</w:t>
      </w:r>
      <w:r w:rsidRPr="00FB384A">
        <w:rPr>
          <w:sz w:val="24"/>
          <w:szCs w:val="24"/>
        </w:rPr>
        <w:t>jnjem tekstu: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jednostavna nabava).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Na postupke jednostavne nabave uređene ovim Pravilnikom ne primjenjuju se odredbe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Zakona o javnoj nabavi.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Škola je obvezna primijeniti odredbe Zakona o javnoj nabavi za nabavu robe, radova,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usluga te provedbu proj</w:t>
      </w:r>
      <w:r w:rsidRPr="00FB384A">
        <w:rPr>
          <w:sz w:val="24"/>
          <w:szCs w:val="24"/>
        </w:rPr>
        <w:t>ektnih natječaja čija je procijenjena vrijednost jednaka ili veća od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pragova iz stavka 1. </w:t>
      </w:r>
      <w:proofErr w:type="spellStart"/>
      <w:r w:rsidRPr="00FB384A">
        <w:rPr>
          <w:sz w:val="24"/>
          <w:szCs w:val="24"/>
        </w:rPr>
        <w:t>ovoga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članka</w:t>
      </w:r>
      <w:proofErr w:type="spellEnd"/>
      <w:r w:rsidRPr="00FB384A">
        <w:rPr>
          <w:sz w:val="24"/>
          <w:szCs w:val="24"/>
        </w:rPr>
        <w:t>.</w:t>
      </w:r>
    </w:p>
    <w:p w:rsidR="00FB384A" w:rsidRDefault="00FB384A" w:rsidP="00FB384A">
      <w:pPr>
        <w:spacing w:after="0" w:line="240" w:lineRule="auto"/>
        <w:jc w:val="both"/>
      </w:pPr>
    </w:p>
    <w:p w:rsidR="00203126" w:rsidRDefault="00111992" w:rsidP="00FB384A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2.</w:t>
      </w:r>
    </w:p>
    <w:p w:rsidR="00FB384A" w:rsidRDefault="00FB384A" w:rsidP="00FB384A">
      <w:pPr>
        <w:spacing w:after="0" w:line="240" w:lineRule="auto"/>
        <w:jc w:val="center"/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(1) Izrazi koji se koriste u ovom Pravilniku, </w:t>
      </w:r>
      <w:proofErr w:type="gramStart"/>
      <w:r w:rsidRPr="00FB384A">
        <w:rPr>
          <w:sz w:val="24"/>
          <w:szCs w:val="24"/>
        </w:rPr>
        <w:t>a</w:t>
      </w:r>
      <w:proofErr w:type="gramEnd"/>
      <w:r w:rsidRPr="00FB384A">
        <w:rPr>
          <w:sz w:val="24"/>
          <w:szCs w:val="24"/>
        </w:rPr>
        <w:t xml:space="preserve"> imaju rodno značenje, koriste se neutralno 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odnose se jednako na </w:t>
      </w:r>
      <w:proofErr w:type="spellStart"/>
      <w:r w:rsidRPr="00FB384A">
        <w:rPr>
          <w:sz w:val="24"/>
          <w:szCs w:val="24"/>
        </w:rPr>
        <w:t>muški</w:t>
      </w:r>
      <w:proofErr w:type="spellEnd"/>
      <w:r w:rsidRPr="00FB384A">
        <w:rPr>
          <w:sz w:val="24"/>
          <w:szCs w:val="24"/>
        </w:rPr>
        <w:t xml:space="preserve"> i </w:t>
      </w:r>
      <w:proofErr w:type="spellStart"/>
      <w:r w:rsidRPr="00FB384A">
        <w:rPr>
          <w:sz w:val="24"/>
          <w:szCs w:val="24"/>
        </w:rPr>
        <w:t>ženski</w:t>
      </w:r>
      <w:proofErr w:type="spellEnd"/>
      <w:r w:rsidRPr="00FB384A">
        <w:rPr>
          <w:sz w:val="24"/>
          <w:szCs w:val="24"/>
        </w:rPr>
        <w:t xml:space="preserve"> rod.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II. </w:t>
      </w:r>
      <w:proofErr w:type="spellStart"/>
      <w:r w:rsidRPr="00FB384A">
        <w:rPr>
          <w:b/>
          <w:sz w:val="24"/>
          <w:szCs w:val="24"/>
        </w:rPr>
        <w:t>Nače</w:t>
      </w:r>
      <w:r w:rsidRPr="00FB384A">
        <w:rPr>
          <w:b/>
          <w:sz w:val="24"/>
          <w:szCs w:val="24"/>
        </w:rPr>
        <w:t>la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javne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nabave</w:t>
      </w:r>
      <w:proofErr w:type="spellEnd"/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3.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U provedbi postupaka jednostavne nabave sukladno ovom Pravilniku, Škola je obvezna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poštovati načela javne nabave iz članka 4. Zakona o javnoj nabavi, osigurati pravnu zaštitu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gospodarskim subjektima te primjenjiti elektronička</w:t>
      </w:r>
      <w:r w:rsidRPr="00FB384A">
        <w:rPr>
          <w:sz w:val="24"/>
          <w:szCs w:val="24"/>
        </w:rPr>
        <w:t xml:space="preserve"> sredstva komunikacije.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Škola je obvezna primjenjivati odredbe ovoga Pravilnika na način koji omogućava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učinkovitu nabavu robe, usluga i radova te ekonomično i svrhovito trošenje proračunskih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sredstava.</w:t>
      </w: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III. </w:t>
      </w:r>
      <w:proofErr w:type="spellStart"/>
      <w:r w:rsidRPr="00FB384A">
        <w:rPr>
          <w:b/>
          <w:sz w:val="24"/>
          <w:szCs w:val="24"/>
        </w:rPr>
        <w:t>Sukob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interesa</w:t>
      </w:r>
      <w:proofErr w:type="spellEnd"/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4.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Na sprječavanje</w:t>
      </w:r>
      <w:r w:rsidRPr="00FB384A">
        <w:rPr>
          <w:sz w:val="24"/>
          <w:szCs w:val="24"/>
        </w:rPr>
        <w:t xml:space="preserve"> sukoba interesa na odgovarajući način se primjenjuju odredbe članaka 75.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do 83. Zakona o javnoj nabavi.</w:t>
      </w:r>
    </w:p>
    <w:p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lastRenderedPageBreak/>
        <w:t>(2) Sukob interesa obuhvaća situacije kada predstavnici Škole (ravnatelj, članovi Školskog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odbora, članovi povjerenstva za provedbu postupka jednos</w:t>
      </w:r>
      <w:r w:rsidRPr="00FB384A">
        <w:rPr>
          <w:sz w:val="24"/>
          <w:szCs w:val="24"/>
        </w:rPr>
        <w:t>tavne nabave) koji sudjeluju 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postupku ili mogu utjecati na ishod, imaju izravan ili neizravan financijski, gospodarski ili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drugi osobni interes koji bi </w:t>
      </w:r>
      <w:proofErr w:type="spellStart"/>
      <w:r w:rsidRPr="00FB384A">
        <w:rPr>
          <w:sz w:val="24"/>
          <w:szCs w:val="24"/>
        </w:rPr>
        <w:t>mogao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kompromitirati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njihovu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nepristranost</w:t>
      </w:r>
      <w:proofErr w:type="spellEnd"/>
      <w:r w:rsidRPr="00FB384A">
        <w:rPr>
          <w:sz w:val="24"/>
          <w:szCs w:val="24"/>
        </w:rPr>
        <w:t>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IV. </w:t>
      </w:r>
      <w:proofErr w:type="spellStart"/>
      <w:r w:rsidRPr="00FB384A">
        <w:rPr>
          <w:b/>
          <w:sz w:val="24"/>
          <w:szCs w:val="24"/>
        </w:rPr>
        <w:t>Postupci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jednostavne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nabave</w:t>
      </w:r>
      <w:proofErr w:type="spellEnd"/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5.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Postupci jed</w:t>
      </w:r>
      <w:r w:rsidRPr="00FB384A">
        <w:rPr>
          <w:sz w:val="24"/>
          <w:szCs w:val="24"/>
        </w:rPr>
        <w:t>nostavne nabave i njihova provedba razlikuju se s obzirom na procijenjenu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vrijednost jednostavne nabave kako slijedi: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1. postupci procijenjene vrijednosti manje od 5.000,00 eura, postupci izravnog ugovaranja,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2. postupci procijenjene vrijednosti jednake il</w:t>
      </w:r>
      <w:r w:rsidRPr="00FB384A">
        <w:rPr>
          <w:sz w:val="24"/>
          <w:szCs w:val="24"/>
        </w:rPr>
        <w:t>i veće od 5.000,00 eura, a manje ili jednake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15.000,00 eura, postupci nabave s pozivom odabranim gospodarskim subjektima,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3. postupci procijenjene vrijednosti veće od 15.000,00 eura, a manje ili jednake 25.000,00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eura za robe i usluge, odnosno manje ili je</w:t>
      </w:r>
      <w:r w:rsidRPr="00FB384A">
        <w:rPr>
          <w:sz w:val="24"/>
          <w:szCs w:val="24"/>
        </w:rPr>
        <w:t>dnake 45.000,00 eura za radove, postupci nabave 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modulu jednostavne nabave EOJN RH s pozivom odabranim gospodarskim subjektima,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4. postupci procijenjene vrijednosti veće od 25.000,00 eura i manje od 50.000,00 eura za robe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i usluge, odnosno veće od </w:t>
      </w:r>
      <w:r w:rsidRPr="00FB384A">
        <w:rPr>
          <w:sz w:val="24"/>
          <w:szCs w:val="24"/>
        </w:rPr>
        <w:t>45.000,00 eura i manje od 100.000,00 eura za radove, postupci s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obveznom javnom objavom u modulu </w:t>
      </w:r>
      <w:proofErr w:type="spellStart"/>
      <w:r w:rsidRPr="00FB384A">
        <w:rPr>
          <w:sz w:val="24"/>
          <w:szCs w:val="24"/>
        </w:rPr>
        <w:t>jednostavne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nabave</w:t>
      </w:r>
      <w:proofErr w:type="spellEnd"/>
      <w:r w:rsidRPr="00FB384A">
        <w:rPr>
          <w:sz w:val="24"/>
          <w:szCs w:val="24"/>
        </w:rPr>
        <w:t xml:space="preserve"> EOJN RH.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V. </w:t>
      </w:r>
      <w:proofErr w:type="spellStart"/>
      <w:r w:rsidRPr="00FB384A">
        <w:rPr>
          <w:b/>
          <w:sz w:val="24"/>
          <w:szCs w:val="24"/>
        </w:rPr>
        <w:t>Provedba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postupaka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jednostavne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nabave</w:t>
      </w:r>
      <w:proofErr w:type="spellEnd"/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1. Provedba postupka jednostavne nabave procijenjene vrijednosti manje od 5.000,00</w:t>
      </w:r>
    </w:p>
    <w:p w:rsidR="00203126" w:rsidRPr="00FB384A" w:rsidRDefault="00FB384A" w:rsidP="00FB384A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e</w:t>
      </w:r>
      <w:r w:rsidR="00111992" w:rsidRPr="00FB384A">
        <w:rPr>
          <w:b/>
          <w:sz w:val="24"/>
          <w:szCs w:val="24"/>
        </w:rPr>
        <w:t>ura</w:t>
      </w:r>
      <w:proofErr w:type="spellEnd"/>
      <w:r w:rsidRPr="00FB384A">
        <w:rPr>
          <w:b/>
          <w:sz w:val="24"/>
          <w:szCs w:val="24"/>
        </w:rPr>
        <w:t>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6.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Postupak jednostavne nabave procijenjene vrijednosti manje od 5.000,00 eura (bez PDV-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a) Škola provodi izdavanjem narudžbenice sukladno Odluci o proceduri izdavanja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narudžbenica ili potpisivanjem ugovora s jednim gospodarskim subjektom po vla</w:t>
      </w:r>
      <w:r w:rsidRPr="00FB384A">
        <w:rPr>
          <w:sz w:val="24"/>
          <w:szCs w:val="24"/>
        </w:rPr>
        <w:t>stitom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izboru sukladno Proceduri stvaranja ugovornih obveza.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(2) Narudžbenicu izdaje i potpisuje ravnatelj Škole, a </w:t>
      </w:r>
      <w:proofErr w:type="spellStart"/>
      <w:r w:rsidRPr="00FB384A">
        <w:rPr>
          <w:sz w:val="24"/>
          <w:szCs w:val="24"/>
        </w:rPr>
        <w:t>ugovore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potpisuje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ravnatelj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Škole</w:t>
      </w:r>
      <w:proofErr w:type="spellEnd"/>
      <w:r w:rsidRPr="00FB384A">
        <w:rPr>
          <w:sz w:val="24"/>
          <w:szCs w:val="24"/>
        </w:rPr>
        <w:t>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2. Provedba </w:t>
      </w:r>
      <w:proofErr w:type="gramStart"/>
      <w:r w:rsidRPr="00FB384A">
        <w:rPr>
          <w:b/>
          <w:sz w:val="24"/>
          <w:szCs w:val="24"/>
        </w:rPr>
        <w:t>postupka  jednostavne</w:t>
      </w:r>
      <w:proofErr w:type="gramEnd"/>
      <w:r w:rsidRPr="00FB384A">
        <w:rPr>
          <w:b/>
          <w:sz w:val="24"/>
          <w:szCs w:val="24"/>
        </w:rPr>
        <w:t xml:space="preserve"> nabave procijenjene vrijednosti jednake ili veće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b/>
          <w:sz w:val="24"/>
          <w:szCs w:val="24"/>
        </w:rPr>
        <w:t>od 5.000,00 eura, a ma</w:t>
      </w:r>
      <w:r w:rsidRPr="00FB384A">
        <w:rPr>
          <w:b/>
          <w:sz w:val="24"/>
          <w:szCs w:val="24"/>
        </w:rPr>
        <w:t xml:space="preserve">nje </w:t>
      </w:r>
      <w:proofErr w:type="spellStart"/>
      <w:r w:rsidRPr="00FB384A">
        <w:rPr>
          <w:b/>
          <w:sz w:val="24"/>
          <w:szCs w:val="24"/>
        </w:rPr>
        <w:t>ili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jednake</w:t>
      </w:r>
      <w:proofErr w:type="spellEnd"/>
      <w:r w:rsidRPr="00FB384A">
        <w:rPr>
          <w:b/>
          <w:sz w:val="24"/>
          <w:szCs w:val="24"/>
        </w:rPr>
        <w:t xml:space="preserve"> 15.000,00 </w:t>
      </w:r>
      <w:proofErr w:type="spellStart"/>
      <w:r w:rsidRPr="00FB384A">
        <w:rPr>
          <w:b/>
          <w:sz w:val="24"/>
          <w:szCs w:val="24"/>
        </w:rPr>
        <w:t>eura</w:t>
      </w:r>
      <w:proofErr w:type="spellEnd"/>
      <w:r w:rsidR="00FB384A">
        <w:rPr>
          <w:sz w:val="24"/>
          <w:szCs w:val="24"/>
        </w:rPr>
        <w:t>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7.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Postupak jednostavne nabave procijenjene vrijednosti jednake ili veće od 5.000,00 eura, 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manje ili jednake 15.000,00 </w:t>
      </w:r>
      <w:proofErr w:type="gramStart"/>
      <w:r w:rsidRPr="00FB384A">
        <w:rPr>
          <w:sz w:val="24"/>
          <w:szCs w:val="24"/>
        </w:rPr>
        <w:t>eura  provodi</w:t>
      </w:r>
      <w:proofErr w:type="gramEnd"/>
      <w:r w:rsidRPr="00FB384A">
        <w:rPr>
          <w:sz w:val="24"/>
          <w:szCs w:val="24"/>
        </w:rPr>
        <w:t xml:space="preserve"> ravnatelj Škole s pozivom za dostavu ponuda od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najmanje tri (3) gospodarska sub</w:t>
      </w:r>
      <w:r w:rsidRPr="00FB384A">
        <w:rPr>
          <w:sz w:val="24"/>
          <w:szCs w:val="24"/>
        </w:rPr>
        <w:t>jekta po vlastitom izboru.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Poziv za dostavu ponuda može se uputiti poštom, elektroničkom poštom, a može se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objaviti i na mrežnoj stranici Škole ili </w:t>
      </w:r>
      <w:proofErr w:type="gramStart"/>
      <w:r w:rsidRPr="00FB384A">
        <w:rPr>
          <w:sz w:val="24"/>
          <w:szCs w:val="24"/>
        </w:rPr>
        <w:t>putem  modula</w:t>
      </w:r>
      <w:proofErr w:type="gramEnd"/>
      <w:r w:rsidRPr="00FB384A">
        <w:rPr>
          <w:sz w:val="24"/>
          <w:szCs w:val="24"/>
        </w:rPr>
        <w:t xml:space="preserve"> jednostavne nabave u EOJN RH.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Na provođenje ovog postupka primjenjuje se Odluka o proc</w:t>
      </w:r>
      <w:r w:rsidRPr="00FB384A">
        <w:rPr>
          <w:sz w:val="24"/>
          <w:szCs w:val="24"/>
        </w:rPr>
        <w:t>eduri izdavanja narudžbenica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 Procedura stvaranja ugovornih obveza.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Odluku o odabiru ili poništenju postupka donosi ravnatelj Škole.</w:t>
      </w:r>
    </w:p>
    <w:p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</w:p>
    <w:p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lastRenderedPageBreak/>
        <w:t xml:space="preserve">3.  Provedba </w:t>
      </w:r>
      <w:proofErr w:type="gramStart"/>
      <w:r w:rsidRPr="00FB384A">
        <w:rPr>
          <w:b/>
          <w:sz w:val="24"/>
          <w:szCs w:val="24"/>
        </w:rPr>
        <w:t>postupka  jednostavne</w:t>
      </w:r>
      <w:proofErr w:type="gramEnd"/>
      <w:r w:rsidRPr="00FB384A">
        <w:rPr>
          <w:b/>
          <w:sz w:val="24"/>
          <w:szCs w:val="24"/>
        </w:rPr>
        <w:t xml:space="preserve"> nabave procijenjene vrijednosti veće od 15.000,00</w:t>
      </w:r>
    </w:p>
    <w:p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eura</w:t>
      </w: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8.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Postupak j</w:t>
      </w:r>
      <w:r w:rsidRPr="00FB384A">
        <w:rPr>
          <w:sz w:val="24"/>
          <w:szCs w:val="24"/>
        </w:rPr>
        <w:t>ednostavne nabave procijenjene vrijednosti veće od 15.000,00 eura, a manje ili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jednake 25.000,00 eura za robe i usluge, odnosno manje ili jednake 45.000,00 eura za radove,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Škola je obvezna provodi putem modula jednostavne nabave u EOJN RH, slanjem poziva n</w:t>
      </w:r>
      <w:r w:rsidRPr="00FB384A">
        <w:rPr>
          <w:sz w:val="24"/>
          <w:szCs w:val="24"/>
        </w:rPr>
        <w:t>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dostavu ponude najmanje trima (3) gospodarskim subjektima po vlastitom izboru.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Postupak jednostavne nabave procijenjene vrijednosti veće od 25.000,00 eura i manje od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50.000,00 eura za robe i usluge, odnosno veće od 45.000,00 eura i manje od 100.000,0</w:t>
      </w:r>
      <w:r w:rsidRPr="00FB384A">
        <w:rPr>
          <w:sz w:val="24"/>
          <w:szCs w:val="24"/>
        </w:rPr>
        <w:t>0 eura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za radove, Škola je </w:t>
      </w:r>
      <w:proofErr w:type="gramStart"/>
      <w:r w:rsidRPr="00FB384A">
        <w:rPr>
          <w:sz w:val="24"/>
          <w:szCs w:val="24"/>
        </w:rPr>
        <w:t>obvezna  provesti</w:t>
      </w:r>
      <w:proofErr w:type="gramEnd"/>
      <w:r w:rsidRPr="00FB384A">
        <w:rPr>
          <w:sz w:val="24"/>
          <w:szCs w:val="24"/>
        </w:rPr>
        <w:t xml:space="preserve"> putem javne objave u modulu jednostavne nabave</w:t>
      </w:r>
    </w:p>
    <w:p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t>EOJN RH.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Iznimno od stavka 2. ovoga članka, Škola nije obvezna provesti postupak jednostavne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nabave putem javne objave u modulu jednostavne nabave EOJN RH, već </w:t>
      </w:r>
      <w:r w:rsidRPr="00FB384A">
        <w:rPr>
          <w:sz w:val="24"/>
          <w:szCs w:val="24"/>
        </w:rPr>
        <w:t>ga provodi sukladno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stavku 1. ovoga članka:</w:t>
      </w:r>
    </w:p>
    <w:p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 xml:space="preserve">a) </w:t>
      </w:r>
      <w:proofErr w:type="spellStart"/>
      <w:r w:rsidR="00111992" w:rsidRPr="00FB384A">
        <w:rPr>
          <w:sz w:val="24"/>
          <w:szCs w:val="24"/>
        </w:rPr>
        <w:t>ako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nije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podnesena</w:t>
      </w:r>
      <w:proofErr w:type="spellEnd"/>
      <w:r w:rsidR="00111992" w:rsidRPr="00FB384A">
        <w:rPr>
          <w:sz w:val="24"/>
          <w:szCs w:val="24"/>
        </w:rPr>
        <w:t xml:space="preserve"> nijedna ponuda ili nijedna valjana ponuda u prethodno provedenom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postupku jednostavne nabave, pod uvjetom da početni ugovorni uvjeti nisu bitno izmijenjeni</w:t>
      </w:r>
    </w:p>
    <w:p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 xml:space="preserve">b) </w:t>
      </w:r>
      <w:proofErr w:type="spellStart"/>
      <w:r w:rsidR="00111992" w:rsidRPr="00FB384A">
        <w:rPr>
          <w:sz w:val="24"/>
          <w:szCs w:val="24"/>
        </w:rPr>
        <w:t>ako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zbog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objektivnih</w:t>
      </w:r>
      <w:proofErr w:type="spellEnd"/>
      <w:r w:rsidR="00111992" w:rsidRPr="00FB384A">
        <w:rPr>
          <w:sz w:val="24"/>
          <w:szCs w:val="24"/>
        </w:rPr>
        <w:t xml:space="preserve"> razloga pr</w:t>
      </w:r>
      <w:r w:rsidR="00111992" w:rsidRPr="00FB384A">
        <w:rPr>
          <w:sz w:val="24"/>
          <w:szCs w:val="24"/>
        </w:rPr>
        <w:t>edmet nabave može izvršiti, isporučiti ili pružiti samo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određeni gospodarski subjekt, i to:</w:t>
      </w:r>
    </w:p>
    <w:p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1. ako je predmet nabave stvaranje ili stjecanje jedinstvenog umjetničkog djela ili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umjetničke izvedbe</w:t>
      </w:r>
    </w:p>
    <w:p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2. ako iz tehničkih razloga predmet nabave može isporučiti sa</w:t>
      </w:r>
      <w:r w:rsidR="00111992" w:rsidRPr="00FB384A">
        <w:rPr>
          <w:sz w:val="24"/>
          <w:szCs w:val="24"/>
        </w:rPr>
        <w:t>mo određeni gospodarski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subjekt ili</w:t>
      </w:r>
    </w:p>
    <w:p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3. ako je to nužno radi zaštite isključivih prava, uključujući prava intelektualnog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vlasništva</w:t>
      </w:r>
    </w:p>
    <w:p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11992" w:rsidRPr="00FB384A">
        <w:rPr>
          <w:sz w:val="24"/>
          <w:szCs w:val="24"/>
        </w:rPr>
        <w:t xml:space="preserve">c) </w:t>
      </w:r>
      <w:proofErr w:type="spellStart"/>
      <w:r w:rsidR="00111992" w:rsidRPr="00FB384A">
        <w:rPr>
          <w:sz w:val="24"/>
          <w:szCs w:val="24"/>
        </w:rPr>
        <w:t>ako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postoji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iznimna</w:t>
      </w:r>
      <w:proofErr w:type="spellEnd"/>
      <w:r w:rsidR="00111992" w:rsidRPr="00FB384A">
        <w:rPr>
          <w:sz w:val="24"/>
          <w:szCs w:val="24"/>
        </w:rPr>
        <w:t xml:space="preserve"> žurnost uzrokovana događajima koje naručitelj nije mogao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predvidjeti niti na njih utjecati.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(4) </w:t>
      </w:r>
      <w:r w:rsidRPr="00FB384A">
        <w:rPr>
          <w:sz w:val="24"/>
          <w:szCs w:val="24"/>
        </w:rPr>
        <w:t>Razlozi za primjenu iznimke iz stavka 2. ovoga članka navode se i obrazlažu u objavi u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modulu </w:t>
      </w:r>
      <w:proofErr w:type="spellStart"/>
      <w:r w:rsidRPr="00FB384A">
        <w:rPr>
          <w:sz w:val="24"/>
          <w:szCs w:val="24"/>
        </w:rPr>
        <w:t>jednostavne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nabave</w:t>
      </w:r>
      <w:proofErr w:type="spellEnd"/>
      <w:r w:rsidRPr="00FB384A">
        <w:rPr>
          <w:sz w:val="24"/>
          <w:szCs w:val="24"/>
        </w:rPr>
        <w:t xml:space="preserve"> EOJN RH.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9.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(1) Prije pokretanja </w:t>
      </w:r>
      <w:proofErr w:type="gramStart"/>
      <w:r w:rsidRPr="00FB384A">
        <w:rPr>
          <w:sz w:val="24"/>
          <w:szCs w:val="24"/>
        </w:rPr>
        <w:t>postupka  jednostavne</w:t>
      </w:r>
      <w:proofErr w:type="gramEnd"/>
      <w:r w:rsidRPr="00FB384A">
        <w:rPr>
          <w:sz w:val="24"/>
          <w:szCs w:val="24"/>
        </w:rPr>
        <w:t xml:space="preserve"> nabave iz članaka 8. ovoga Pravilnika ravnatelj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donosi Odluku o </w:t>
      </w:r>
      <w:proofErr w:type="gramStart"/>
      <w:r w:rsidRPr="00FB384A">
        <w:rPr>
          <w:sz w:val="24"/>
          <w:szCs w:val="24"/>
        </w:rPr>
        <w:t>imenovanju  Povje</w:t>
      </w:r>
      <w:r w:rsidRPr="00FB384A">
        <w:rPr>
          <w:sz w:val="24"/>
          <w:szCs w:val="24"/>
        </w:rPr>
        <w:t>renstva</w:t>
      </w:r>
      <w:proofErr w:type="gramEnd"/>
      <w:r w:rsidRPr="00FB384A">
        <w:rPr>
          <w:sz w:val="24"/>
          <w:szCs w:val="24"/>
        </w:rPr>
        <w:t xml:space="preserve"> za provedbu postupka jednostavne nabave (dalje 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tekstu: Povjerenstvo), koje mora imati tri člana, od kojih jedan član može imati važeći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certifikat u području javne nabave.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Ravnatelj je predsjednik Povjerenstva.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(3) </w:t>
      </w:r>
      <w:proofErr w:type="gramStart"/>
      <w:r w:rsidRPr="00FB384A">
        <w:rPr>
          <w:sz w:val="24"/>
          <w:szCs w:val="24"/>
        </w:rPr>
        <w:t>Članovi  Povjerenstava</w:t>
      </w:r>
      <w:proofErr w:type="gramEnd"/>
      <w:r w:rsidRPr="00FB384A">
        <w:rPr>
          <w:sz w:val="24"/>
          <w:szCs w:val="24"/>
        </w:rPr>
        <w:t xml:space="preserve"> ne mo</w:t>
      </w:r>
      <w:r w:rsidRPr="00FB384A">
        <w:rPr>
          <w:sz w:val="24"/>
          <w:szCs w:val="24"/>
        </w:rPr>
        <w:t>raju biti zaposlenici Škole.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(4) Odluku o </w:t>
      </w:r>
      <w:proofErr w:type="gramStart"/>
      <w:r w:rsidRPr="00FB384A">
        <w:rPr>
          <w:sz w:val="24"/>
          <w:szCs w:val="24"/>
        </w:rPr>
        <w:t>odabiru  ponude</w:t>
      </w:r>
      <w:proofErr w:type="gramEnd"/>
      <w:r w:rsidRPr="00FB384A">
        <w:rPr>
          <w:sz w:val="24"/>
          <w:szCs w:val="24"/>
        </w:rPr>
        <w:t xml:space="preserve"> donosi Školski </w:t>
      </w:r>
      <w:proofErr w:type="spellStart"/>
      <w:r w:rsidRPr="00FB384A">
        <w:rPr>
          <w:sz w:val="24"/>
          <w:szCs w:val="24"/>
        </w:rPr>
        <w:t>odbor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prijedlog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Povjerenstva</w:t>
      </w:r>
      <w:proofErr w:type="spellEnd"/>
      <w:r w:rsidRPr="00FB384A">
        <w:rPr>
          <w:sz w:val="24"/>
          <w:szCs w:val="24"/>
        </w:rPr>
        <w:t>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10.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Povjerenstvo obavlja slijedeće poslove: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priprema i provodi postupak jednostavne nabave,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utvrđuje sadržaj poziva na dostavu ponuda,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- </w:t>
      </w:r>
      <w:r w:rsidRPr="00FB384A">
        <w:rPr>
          <w:sz w:val="24"/>
          <w:szCs w:val="24"/>
        </w:rPr>
        <w:t>upućuje poziv na dostavu ponuda putem modula jednostavne nabave u EOJN RH, odnosno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putem javne objave kada je to obvezno sukladno članku 8. ovoga Pravilnika,</w:t>
      </w:r>
    </w:p>
    <w:p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lastRenderedPageBreak/>
        <w:t>- otvara i pregledava pristigle ponude nakon isteka roka za dostavu ponuda,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sastavlja zapisn</w:t>
      </w:r>
      <w:r w:rsidRPr="00FB384A">
        <w:rPr>
          <w:sz w:val="24"/>
          <w:szCs w:val="24"/>
        </w:rPr>
        <w:t>ik o otvaranju, pregledu i ocjeni ponuda i utvrđuje prijedlog odluke o odabiru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FB384A">
        <w:rPr>
          <w:sz w:val="24"/>
          <w:szCs w:val="24"/>
        </w:rPr>
        <w:t>te  zajedno</w:t>
      </w:r>
      <w:proofErr w:type="gramEnd"/>
      <w:r w:rsidRPr="00FB384A">
        <w:rPr>
          <w:sz w:val="24"/>
          <w:szCs w:val="24"/>
        </w:rPr>
        <w:t xml:space="preserve"> s </w:t>
      </w:r>
      <w:proofErr w:type="spellStart"/>
      <w:r w:rsidRPr="00FB384A">
        <w:rPr>
          <w:sz w:val="24"/>
          <w:szCs w:val="24"/>
        </w:rPr>
        <w:t>ponudama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dostavlja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Školskom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odboru</w:t>
      </w:r>
      <w:proofErr w:type="spellEnd"/>
      <w:r w:rsidRPr="00FB384A">
        <w:rPr>
          <w:sz w:val="24"/>
          <w:szCs w:val="24"/>
        </w:rPr>
        <w:t>.</w:t>
      </w:r>
    </w:p>
    <w:p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11.</w:t>
      </w:r>
    </w:p>
    <w:p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:rsidR="00FB384A" w:rsidRDefault="00111992" w:rsidP="00FB384A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Poziv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dostavu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ponuda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proofErr w:type="gramStart"/>
      <w:r w:rsidRPr="00FB384A">
        <w:rPr>
          <w:sz w:val="24"/>
          <w:szCs w:val="24"/>
        </w:rPr>
        <w:t>sadrži</w:t>
      </w:r>
      <w:proofErr w:type="spellEnd"/>
      <w:r w:rsidRPr="00FB384A">
        <w:rPr>
          <w:sz w:val="24"/>
          <w:szCs w:val="24"/>
        </w:rPr>
        <w:t xml:space="preserve">  </w:t>
      </w:r>
      <w:proofErr w:type="spellStart"/>
      <w:r w:rsidRPr="00FB384A">
        <w:rPr>
          <w:sz w:val="24"/>
          <w:szCs w:val="24"/>
        </w:rPr>
        <w:t>sljedeće</w:t>
      </w:r>
      <w:proofErr w:type="spellEnd"/>
      <w:proofErr w:type="gram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podatke</w:t>
      </w:r>
      <w:proofErr w:type="spellEnd"/>
      <w:r w:rsidRPr="00FB384A">
        <w:rPr>
          <w:sz w:val="24"/>
          <w:szCs w:val="24"/>
        </w:rPr>
        <w:t>:</w:t>
      </w:r>
    </w:p>
    <w:p w:rsidR="00FB384A" w:rsidRPr="00FB384A" w:rsidRDefault="00FB384A" w:rsidP="00FB384A">
      <w:pPr>
        <w:pStyle w:val="Odlomakpopisa"/>
        <w:spacing w:after="0" w:line="240" w:lineRule="auto"/>
        <w:jc w:val="both"/>
        <w:rPr>
          <w:sz w:val="24"/>
          <w:szCs w:val="24"/>
        </w:rPr>
      </w:pP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naziv</w:t>
      </w:r>
      <w:proofErr w:type="spellEnd"/>
      <w:r w:rsidRPr="00FB384A">
        <w:rPr>
          <w:sz w:val="24"/>
          <w:szCs w:val="24"/>
        </w:rPr>
        <w:t xml:space="preserve"> i </w:t>
      </w:r>
      <w:proofErr w:type="spellStart"/>
      <w:r w:rsidRPr="00FB384A">
        <w:rPr>
          <w:sz w:val="24"/>
          <w:szCs w:val="24"/>
        </w:rPr>
        <w:t>sjedište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proofErr w:type="gramStart"/>
      <w:r w:rsidRPr="00FB384A">
        <w:rPr>
          <w:sz w:val="24"/>
          <w:szCs w:val="24"/>
        </w:rPr>
        <w:t>Škole</w:t>
      </w:r>
      <w:proofErr w:type="spellEnd"/>
      <w:r w:rsidR="00FB384A" w:rsidRPr="00FB384A">
        <w:rPr>
          <w:sz w:val="24"/>
          <w:szCs w:val="24"/>
        </w:rPr>
        <w:t xml:space="preserve"> </w:t>
      </w:r>
      <w:r w:rsidRPr="00FB384A">
        <w:rPr>
          <w:sz w:val="24"/>
          <w:szCs w:val="24"/>
        </w:rPr>
        <w:t>,</w:t>
      </w:r>
      <w:proofErr w:type="gramEnd"/>
    </w:p>
    <w:p w:rsidR="00203126" w:rsidRPr="00FB384A" w:rsidRDefault="00FB384A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</w:t>
      </w:r>
      <w:r w:rsidR="00111992" w:rsidRPr="00FB384A">
        <w:rPr>
          <w:sz w:val="24"/>
          <w:szCs w:val="24"/>
        </w:rPr>
        <w:t>pis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predmeta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nabave</w:t>
      </w:r>
      <w:proofErr w:type="spellEnd"/>
      <w:r w:rsidR="00111992" w:rsidRPr="00FB384A">
        <w:rPr>
          <w:sz w:val="24"/>
          <w:szCs w:val="24"/>
        </w:rPr>
        <w:t xml:space="preserve"> i </w:t>
      </w:r>
      <w:proofErr w:type="spellStart"/>
      <w:r w:rsidR="00111992" w:rsidRPr="00FB384A">
        <w:rPr>
          <w:sz w:val="24"/>
          <w:szCs w:val="24"/>
        </w:rPr>
        <w:t>tehničke</w:t>
      </w:r>
      <w:proofErr w:type="spellEnd"/>
      <w:r w:rsidR="00111992" w:rsidRPr="00FB384A">
        <w:rPr>
          <w:sz w:val="24"/>
          <w:szCs w:val="24"/>
        </w:rPr>
        <w:t xml:space="preserve"> </w:t>
      </w:r>
      <w:proofErr w:type="spellStart"/>
      <w:r w:rsidR="00111992" w:rsidRPr="00FB384A">
        <w:rPr>
          <w:sz w:val="24"/>
          <w:szCs w:val="24"/>
        </w:rPr>
        <w:t>sp</w:t>
      </w:r>
      <w:r w:rsidR="00111992" w:rsidRPr="00FB384A">
        <w:rPr>
          <w:sz w:val="24"/>
          <w:szCs w:val="24"/>
        </w:rPr>
        <w:t>ecifikacije</w:t>
      </w:r>
      <w:proofErr w:type="spellEnd"/>
      <w:r w:rsidR="00111992" w:rsidRPr="00FB384A">
        <w:rPr>
          <w:sz w:val="24"/>
          <w:szCs w:val="24"/>
        </w:rPr>
        <w:t>,</w:t>
      </w: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procijenjenu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vrijednost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nabave</w:t>
      </w:r>
      <w:proofErr w:type="spellEnd"/>
      <w:r w:rsidRPr="00FB384A">
        <w:rPr>
          <w:sz w:val="24"/>
          <w:szCs w:val="24"/>
        </w:rPr>
        <w:t>,</w:t>
      </w: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kriterije</w:t>
      </w:r>
      <w:proofErr w:type="spellEnd"/>
      <w:r w:rsidRPr="00FB384A">
        <w:rPr>
          <w:sz w:val="24"/>
          <w:szCs w:val="24"/>
        </w:rPr>
        <w:t xml:space="preserve"> za </w:t>
      </w:r>
      <w:proofErr w:type="spellStart"/>
      <w:r w:rsidRPr="00FB384A">
        <w:rPr>
          <w:sz w:val="24"/>
          <w:szCs w:val="24"/>
        </w:rPr>
        <w:t>odabir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ponude</w:t>
      </w:r>
      <w:proofErr w:type="spellEnd"/>
      <w:r w:rsidRPr="00FB384A">
        <w:rPr>
          <w:sz w:val="24"/>
          <w:szCs w:val="24"/>
        </w:rPr>
        <w:t>,</w:t>
      </w: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način</w:t>
      </w:r>
      <w:proofErr w:type="spellEnd"/>
      <w:r w:rsidRPr="00FB384A">
        <w:rPr>
          <w:sz w:val="24"/>
          <w:szCs w:val="24"/>
        </w:rPr>
        <w:t xml:space="preserve"> i </w:t>
      </w:r>
      <w:proofErr w:type="spellStart"/>
      <w:r w:rsidRPr="00FB384A">
        <w:rPr>
          <w:sz w:val="24"/>
          <w:szCs w:val="24"/>
        </w:rPr>
        <w:t>uvjete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plaćanja</w:t>
      </w:r>
      <w:proofErr w:type="spellEnd"/>
      <w:r w:rsidRPr="00FB384A">
        <w:rPr>
          <w:sz w:val="24"/>
          <w:szCs w:val="24"/>
        </w:rPr>
        <w:t>,</w:t>
      </w: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uvjete i zahtjeve koje ponuditelji trebaju </w:t>
      </w:r>
      <w:proofErr w:type="spellStart"/>
      <w:r w:rsidRPr="00FB384A">
        <w:rPr>
          <w:sz w:val="24"/>
          <w:szCs w:val="24"/>
        </w:rPr>
        <w:t>ispuniti</w:t>
      </w:r>
      <w:proofErr w:type="spellEnd"/>
      <w:r w:rsidRPr="00FB384A">
        <w:rPr>
          <w:sz w:val="24"/>
          <w:szCs w:val="24"/>
        </w:rPr>
        <w:t xml:space="preserve"> (</w:t>
      </w:r>
      <w:proofErr w:type="spellStart"/>
      <w:r w:rsidRPr="00FB384A">
        <w:rPr>
          <w:sz w:val="24"/>
          <w:szCs w:val="24"/>
        </w:rPr>
        <w:t>ako</w:t>
      </w:r>
      <w:proofErr w:type="spellEnd"/>
      <w:r w:rsidRPr="00FB384A">
        <w:rPr>
          <w:sz w:val="24"/>
          <w:szCs w:val="24"/>
        </w:rPr>
        <w:t xml:space="preserve"> se </w:t>
      </w:r>
      <w:proofErr w:type="spellStart"/>
      <w:r w:rsidRPr="00FB384A">
        <w:rPr>
          <w:sz w:val="24"/>
          <w:szCs w:val="24"/>
        </w:rPr>
        <w:t>traže</w:t>
      </w:r>
      <w:proofErr w:type="spellEnd"/>
      <w:r w:rsidRPr="00FB384A">
        <w:rPr>
          <w:sz w:val="24"/>
          <w:szCs w:val="24"/>
        </w:rPr>
        <w:t>),</w:t>
      </w: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rok za </w:t>
      </w:r>
      <w:proofErr w:type="gramStart"/>
      <w:r w:rsidRPr="00FB384A">
        <w:rPr>
          <w:sz w:val="24"/>
          <w:szCs w:val="24"/>
        </w:rPr>
        <w:t>dostavu  ponude</w:t>
      </w:r>
      <w:proofErr w:type="gramEnd"/>
      <w:r w:rsidRPr="00FB384A">
        <w:rPr>
          <w:sz w:val="24"/>
          <w:szCs w:val="24"/>
        </w:rPr>
        <w:t xml:space="preserve"> i </w:t>
      </w:r>
      <w:proofErr w:type="spellStart"/>
      <w:r w:rsidRPr="00FB384A">
        <w:rPr>
          <w:sz w:val="24"/>
          <w:szCs w:val="24"/>
        </w:rPr>
        <w:t>način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dostavljanja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ponude</w:t>
      </w:r>
      <w:proofErr w:type="spellEnd"/>
      <w:r w:rsidRPr="00FB384A">
        <w:rPr>
          <w:sz w:val="24"/>
          <w:szCs w:val="24"/>
        </w:rPr>
        <w:t>,</w:t>
      </w:r>
    </w:p>
    <w:p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kontakt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osobu</w:t>
      </w:r>
      <w:proofErr w:type="spellEnd"/>
      <w:r w:rsidRPr="00FB384A">
        <w:rPr>
          <w:sz w:val="24"/>
          <w:szCs w:val="24"/>
        </w:rPr>
        <w:t>,</w:t>
      </w:r>
    </w:p>
    <w:p w:rsidR="00203126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broj </w:t>
      </w:r>
      <w:r w:rsidRPr="00FB384A">
        <w:rPr>
          <w:sz w:val="24"/>
          <w:szCs w:val="24"/>
        </w:rPr>
        <w:t xml:space="preserve">telefona i </w:t>
      </w:r>
      <w:proofErr w:type="spellStart"/>
      <w:r w:rsidRPr="00FB384A">
        <w:rPr>
          <w:sz w:val="24"/>
          <w:szCs w:val="24"/>
        </w:rPr>
        <w:t>adresu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elektroničke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pošte</w:t>
      </w:r>
      <w:proofErr w:type="spellEnd"/>
      <w:r w:rsidRPr="00FB384A">
        <w:rPr>
          <w:sz w:val="24"/>
          <w:szCs w:val="24"/>
        </w:rPr>
        <w:t>.</w:t>
      </w:r>
    </w:p>
    <w:p w:rsidR="00FB384A" w:rsidRPr="00111992" w:rsidRDefault="00FB384A" w:rsidP="00111992">
      <w:pPr>
        <w:spacing w:after="0" w:line="240" w:lineRule="auto"/>
        <w:ind w:left="360"/>
        <w:jc w:val="both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</w:t>
      </w:r>
      <w:r w:rsidRPr="00FB384A">
        <w:rPr>
          <w:sz w:val="24"/>
          <w:szCs w:val="24"/>
        </w:rPr>
        <w:t xml:space="preserve">2) Osim obveznog sadržaja iz stavka 1. ovog članka, </w:t>
      </w:r>
      <w:proofErr w:type="gramStart"/>
      <w:r w:rsidRPr="00FB384A">
        <w:rPr>
          <w:sz w:val="24"/>
          <w:szCs w:val="24"/>
        </w:rPr>
        <w:t>a</w:t>
      </w:r>
      <w:proofErr w:type="gramEnd"/>
      <w:r w:rsidRPr="00FB384A">
        <w:rPr>
          <w:sz w:val="24"/>
          <w:szCs w:val="24"/>
        </w:rPr>
        <w:t xml:space="preserve"> ovisno o složenosti i vrijednosti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predmeta nabave, </w:t>
      </w:r>
      <w:proofErr w:type="gramStart"/>
      <w:r w:rsidRPr="00FB384A">
        <w:rPr>
          <w:sz w:val="24"/>
          <w:szCs w:val="24"/>
        </w:rPr>
        <w:t>Povjerenstvo  može</w:t>
      </w:r>
      <w:proofErr w:type="gramEnd"/>
      <w:r w:rsidRPr="00FB384A">
        <w:rPr>
          <w:sz w:val="24"/>
          <w:szCs w:val="24"/>
        </w:rPr>
        <w:t xml:space="preserve"> u pozivu na dostavu ponuda zatražiti i:</w:t>
      </w:r>
    </w:p>
    <w:p w:rsidR="00203126" w:rsidRPr="00FB384A" w:rsidRDefault="00203126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Pr="00111992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dokaz </w:t>
      </w:r>
      <w:proofErr w:type="spellStart"/>
      <w:r w:rsidRPr="00111992">
        <w:rPr>
          <w:sz w:val="24"/>
          <w:szCs w:val="24"/>
        </w:rPr>
        <w:t>pravne</w:t>
      </w:r>
      <w:proofErr w:type="spellEnd"/>
      <w:r w:rsidRPr="00111992">
        <w:rPr>
          <w:sz w:val="24"/>
          <w:szCs w:val="24"/>
        </w:rPr>
        <w:t xml:space="preserve"> i </w:t>
      </w:r>
      <w:proofErr w:type="spellStart"/>
      <w:r w:rsidRPr="00111992">
        <w:rPr>
          <w:sz w:val="24"/>
          <w:szCs w:val="24"/>
        </w:rPr>
        <w:t>poslovne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sposobnosti</w:t>
      </w:r>
      <w:proofErr w:type="spellEnd"/>
      <w:r w:rsidRPr="00111992">
        <w:rPr>
          <w:sz w:val="24"/>
          <w:szCs w:val="24"/>
        </w:rPr>
        <w:t>,</w:t>
      </w:r>
    </w:p>
    <w:p w:rsidR="00203126" w:rsidRPr="00111992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11992">
        <w:rPr>
          <w:sz w:val="24"/>
          <w:szCs w:val="24"/>
        </w:rPr>
        <w:t>dokaz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financijske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sposobnosti</w:t>
      </w:r>
      <w:proofErr w:type="spellEnd"/>
      <w:r w:rsidRPr="00111992">
        <w:rPr>
          <w:sz w:val="24"/>
          <w:szCs w:val="24"/>
        </w:rPr>
        <w:t>,</w:t>
      </w:r>
    </w:p>
    <w:p w:rsidR="00203126" w:rsidRPr="00111992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dokaz </w:t>
      </w:r>
      <w:proofErr w:type="spellStart"/>
      <w:r w:rsidRPr="00111992">
        <w:rPr>
          <w:sz w:val="24"/>
          <w:szCs w:val="24"/>
        </w:rPr>
        <w:t>tehničke</w:t>
      </w:r>
      <w:proofErr w:type="spellEnd"/>
      <w:r w:rsidRPr="00111992">
        <w:rPr>
          <w:sz w:val="24"/>
          <w:szCs w:val="24"/>
        </w:rPr>
        <w:t xml:space="preserve"> i </w:t>
      </w:r>
      <w:proofErr w:type="spellStart"/>
      <w:r w:rsidRPr="00111992">
        <w:rPr>
          <w:sz w:val="24"/>
          <w:szCs w:val="24"/>
        </w:rPr>
        <w:t>stručne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sposobnosti</w:t>
      </w:r>
      <w:proofErr w:type="spellEnd"/>
      <w:r w:rsidRPr="00111992">
        <w:rPr>
          <w:sz w:val="24"/>
          <w:szCs w:val="24"/>
        </w:rPr>
        <w:t>,</w:t>
      </w:r>
    </w:p>
    <w:p w:rsidR="00203126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jamstvo sukladno odredbama važećih propisa </w:t>
      </w:r>
      <w:proofErr w:type="spellStart"/>
      <w:r w:rsidRPr="00111992">
        <w:rPr>
          <w:sz w:val="24"/>
          <w:szCs w:val="24"/>
        </w:rPr>
        <w:t>iz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područja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javne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nabave</w:t>
      </w:r>
      <w:proofErr w:type="spellEnd"/>
      <w:r w:rsidRPr="00111992">
        <w:rPr>
          <w:sz w:val="24"/>
          <w:szCs w:val="24"/>
        </w:rPr>
        <w:t>.</w:t>
      </w:r>
    </w:p>
    <w:p w:rsidR="00111992" w:rsidRPr="00111992" w:rsidRDefault="00111992" w:rsidP="00111992">
      <w:pPr>
        <w:spacing w:after="0" w:line="240" w:lineRule="auto"/>
        <w:jc w:val="both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</w:t>
      </w:r>
      <w:r w:rsidRPr="00FB384A">
        <w:rPr>
          <w:sz w:val="24"/>
          <w:szCs w:val="24"/>
        </w:rPr>
        <w:t>3) Rok za dostavu ponuda mora biti sukladan složenosti predmeta nabave i vremenu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potrebnom za izradu i predaju ponude, </w:t>
      </w:r>
      <w:r w:rsidRPr="00FB384A">
        <w:rPr>
          <w:sz w:val="24"/>
          <w:szCs w:val="24"/>
        </w:rPr>
        <w:t>a ne smije biti kraći od 5 dana od dana dostave poziva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za dostavu ponuda gospodarskim subjektima ili od </w:t>
      </w:r>
      <w:proofErr w:type="gramStart"/>
      <w:r w:rsidRPr="00FB384A">
        <w:rPr>
          <w:sz w:val="24"/>
          <w:szCs w:val="24"/>
        </w:rPr>
        <w:t>dana  javne</w:t>
      </w:r>
      <w:proofErr w:type="gramEnd"/>
      <w:r w:rsidRPr="00FB384A">
        <w:rPr>
          <w:sz w:val="24"/>
          <w:szCs w:val="24"/>
        </w:rPr>
        <w:t xml:space="preserve"> objave  u modulu jednostavne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nabave</w:t>
      </w:r>
      <w:proofErr w:type="spellEnd"/>
      <w:r w:rsidRPr="00FB384A">
        <w:rPr>
          <w:sz w:val="24"/>
          <w:szCs w:val="24"/>
        </w:rPr>
        <w:t xml:space="preserve"> EOJN RH.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12.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 Svaka pravodobno dostavljena ponuda upisuje se u urudžbeni zapisnik Škole.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(2) </w:t>
      </w:r>
      <w:r w:rsidRPr="00FB384A">
        <w:rPr>
          <w:sz w:val="24"/>
          <w:szCs w:val="24"/>
        </w:rPr>
        <w:t>Nakon isteka roka za dostavu ponuda, vrši se otvaranje zaprimljenih ponuda koje nije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javno.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Povjerenstvo sastavlja zapisnik o otvaranju, pregledu i ocjeni ponuda, kojim se Školskom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odboru predlaže donošenje odluke o odabiru, prema kriterijima za odabir</w:t>
      </w:r>
      <w:r w:rsidRPr="00FB384A">
        <w:rPr>
          <w:sz w:val="24"/>
          <w:szCs w:val="24"/>
        </w:rPr>
        <w:t xml:space="preserve"> ponude.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(4) Za pravovaljani odabir ponuda dovoljna je </w:t>
      </w:r>
      <w:proofErr w:type="gramStart"/>
      <w:r w:rsidRPr="00FB384A">
        <w:rPr>
          <w:sz w:val="24"/>
          <w:szCs w:val="24"/>
        </w:rPr>
        <w:t>jedna  valjana</w:t>
      </w:r>
      <w:proofErr w:type="gramEnd"/>
      <w:r w:rsidRPr="00FB384A">
        <w:rPr>
          <w:sz w:val="24"/>
          <w:szCs w:val="24"/>
        </w:rPr>
        <w:t xml:space="preserve"> ponuda, koja udovoljava svim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uvjetima i zahtjevima navedenim u </w:t>
      </w:r>
      <w:proofErr w:type="spellStart"/>
      <w:r w:rsidRPr="00FB384A">
        <w:rPr>
          <w:sz w:val="24"/>
          <w:szCs w:val="24"/>
        </w:rPr>
        <w:t>pozivu</w:t>
      </w:r>
      <w:proofErr w:type="spellEnd"/>
      <w:r w:rsidRPr="00FB384A">
        <w:rPr>
          <w:sz w:val="24"/>
          <w:szCs w:val="24"/>
        </w:rPr>
        <w:t xml:space="preserve"> za </w:t>
      </w:r>
      <w:proofErr w:type="spellStart"/>
      <w:r w:rsidRPr="00FB384A">
        <w:rPr>
          <w:sz w:val="24"/>
          <w:szCs w:val="24"/>
        </w:rPr>
        <w:t>dostavu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ponuda</w:t>
      </w:r>
      <w:proofErr w:type="spellEnd"/>
      <w:r w:rsidRPr="00FB384A">
        <w:rPr>
          <w:sz w:val="24"/>
          <w:szCs w:val="24"/>
        </w:rPr>
        <w:t>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13.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O otvaranju, pregledu i ocjeni ponuda Povjerenstvo sastavlja Zapisnik koji sadrži:</w:t>
      </w:r>
      <w:r w:rsidRPr="00FB384A">
        <w:rPr>
          <w:sz w:val="24"/>
          <w:szCs w:val="24"/>
        </w:rPr>
        <w:t xml:space="preserve"> naziv i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sjedište Škole, naziv predmeta nabave, procijenjenu vrijednost nabave, rok za dostavu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ponuda, datum i sat pregleda i ocjene, imena članova povjerenstva, naziv i sjedište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ponuditelja, cijenu ponude bez PDV-a i s PDV-om (osim u slučaju ekonomski </w:t>
      </w:r>
      <w:r w:rsidRPr="00FB384A">
        <w:rPr>
          <w:sz w:val="24"/>
          <w:szCs w:val="24"/>
        </w:rPr>
        <w:t>najpovoljnije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ponude kada cijena nije jedini kriterij), podatke o </w:t>
      </w:r>
      <w:proofErr w:type="spellStart"/>
      <w:r w:rsidRPr="00FB384A">
        <w:rPr>
          <w:sz w:val="24"/>
          <w:szCs w:val="24"/>
        </w:rPr>
        <w:t>pojašnjenju</w:t>
      </w:r>
      <w:proofErr w:type="spellEnd"/>
      <w:r w:rsidRPr="00FB384A">
        <w:rPr>
          <w:sz w:val="24"/>
          <w:szCs w:val="24"/>
        </w:rPr>
        <w:t xml:space="preserve"> i/</w:t>
      </w:r>
      <w:proofErr w:type="spellStart"/>
      <w:r w:rsidRPr="00FB384A">
        <w:rPr>
          <w:sz w:val="24"/>
          <w:szCs w:val="24"/>
        </w:rPr>
        <w:t>ili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upotpunjavanju</w:t>
      </w:r>
      <w:proofErr w:type="spellEnd"/>
      <w:r w:rsidRPr="00FB384A">
        <w:rPr>
          <w:sz w:val="24"/>
          <w:szCs w:val="24"/>
        </w:rPr>
        <w:t xml:space="preserve">, </w:t>
      </w:r>
      <w:proofErr w:type="spellStart"/>
      <w:r w:rsidRPr="00FB384A">
        <w:rPr>
          <w:sz w:val="24"/>
          <w:szCs w:val="24"/>
        </w:rPr>
        <w:t>ispunjenje</w:t>
      </w:r>
      <w:proofErr w:type="spellEnd"/>
    </w:p>
    <w:p w:rsidR="00203126" w:rsidRPr="00FB384A" w:rsidRDefault="00111992" w:rsidP="00111992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lastRenderedPageBreak/>
        <w:t>uvjeta</w:t>
      </w:r>
      <w:proofErr w:type="spellEnd"/>
      <w:r w:rsidRPr="00FB384A">
        <w:rPr>
          <w:sz w:val="24"/>
          <w:szCs w:val="24"/>
        </w:rPr>
        <w:t xml:space="preserve"> i </w:t>
      </w:r>
      <w:proofErr w:type="spellStart"/>
      <w:r w:rsidRPr="00FB384A">
        <w:rPr>
          <w:sz w:val="24"/>
          <w:szCs w:val="24"/>
        </w:rPr>
        <w:t>zahtjeva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iz</w:t>
      </w:r>
      <w:proofErr w:type="spellEnd"/>
      <w:r w:rsidRPr="00FB384A">
        <w:rPr>
          <w:sz w:val="24"/>
          <w:szCs w:val="24"/>
        </w:rPr>
        <w:t xml:space="preserve"> poziva, prikaz valjanosti ponuda, razloge za </w:t>
      </w:r>
      <w:proofErr w:type="spellStart"/>
      <w:r w:rsidRPr="00FB384A">
        <w:rPr>
          <w:sz w:val="24"/>
          <w:szCs w:val="24"/>
        </w:rPr>
        <w:t>odbijanje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ponuda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uz</w:t>
      </w:r>
      <w:proofErr w:type="spellEnd"/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obrazloženje, analizu i rangiranje valjanih ponuda te p</w:t>
      </w:r>
      <w:r w:rsidRPr="00FB384A">
        <w:rPr>
          <w:sz w:val="24"/>
          <w:szCs w:val="24"/>
        </w:rPr>
        <w:t>rijedlog za donošenje odluke o odabiru,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odnosno o poništenju postupka.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Ako se postupak jednostavne nabave provodi putem EOJN RH, zapisnik se sastavlja,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pohranjuje ili evidentira u skladu s funkcionalnostima EOJN RH.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Zapisnik potpisuju članovi Povje</w:t>
      </w:r>
      <w:r w:rsidRPr="00FB384A">
        <w:rPr>
          <w:sz w:val="24"/>
          <w:szCs w:val="24"/>
        </w:rPr>
        <w:t>renstva. Ako se zapisnik izrađuje ili potvrđuje u EOJN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RH, potpisivanje se provodi na način koji omogućuje EOJN RH.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(5) Zapisnik o pregledu i ocjeni ponuda čuva se u dokumentaciji postupka jednostavne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nabave, zajedno s ponudama, pojašnjenjima, dokazima, od</w:t>
      </w:r>
      <w:r w:rsidRPr="00FB384A">
        <w:rPr>
          <w:sz w:val="24"/>
          <w:szCs w:val="24"/>
        </w:rPr>
        <w:t>lukama i drugom dokumentacijom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postupka</w:t>
      </w:r>
      <w:proofErr w:type="spellEnd"/>
      <w:r w:rsidRPr="00FB384A">
        <w:rPr>
          <w:sz w:val="24"/>
          <w:szCs w:val="24"/>
        </w:rPr>
        <w:t>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14.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 Kriterij za odabir ponude je najniža cijena ili ekonomski najpovoljnija ponuda.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Ako je kriterij odabira ekonomski najpovoljnija ponuda, osim kriterija cijene mogu se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koristiti i npr. kriterij kva</w:t>
      </w:r>
      <w:r w:rsidRPr="00FB384A">
        <w:rPr>
          <w:sz w:val="24"/>
          <w:szCs w:val="24"/>
        </w:rPr>
        <w:t>litete, tehničke prednosti, estetske i funkcionalne osobine, ekološke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osobine, operativni troškovi, ekonomičnost, datum isporuke i rok isporuke ili izvršenja i dr. te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je u Zapisniku koji se upućuje Školskom odboru potrebno obrazložiti predloženu ponudu.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</w:t>
      </w:r>
      <w:r w:rsidRPr="00FB384A">
        <w:rPr>
          <w:sz w:val="24"/>
          <w:szCs w:val="24"/>
        </w:rPr>
        <w:t xml:space="preserve">) </w:t>
      </w:r>
      <w:proofErr w:type="spellStart"/>
      <w:r w:rsidRPr="00FB384A">
        <w:rPr>
          <w:sz w:val="24"/>
          <w:szCs w:val="24"/>
        </w:rPr>
        <w:t>Kriterije</w:t>
      </w:r>
      <w:proofErr w:type="spellEnd"/>
      <w:r w:rsidRPr="00FB384A">
        <w:rPr>
          <w:sz w:val="24"/>
          <w:szCs w:val="24"/>
        </w:rPr>
        <w:t xml:space="preserve"> za </w:t>
      </w:r>
      <w:proofErr w:type="spellStart"/>
      <w:r w:rsidRPr="00FB384A">
        <w:rPr>
          <w:sz w:val="24"/>
          <w:szCs w:val="24"/>
        </w:rPr>
        <w:t>odabir</w:t>
      </w:r>
      <w:proofErr w:type="spellEnd"/>
      <w:r w:rsidRPr="00FB384A">
        <w:rPr>
          <w:sz w:val="24"/>
          <w:szCs w:val="24"/>
        </w:rPr>
        <w:t xml:space="preserve"> iz stavka 2. </w:t>
      </w:r>
      <w:proofErr w:type="spellStart"/>
      <w:r w:rsidRPr="00FB384A">
        <w:rPr>
          <w:sz w:val="24"/>
          <w:szCs w:val="24"/>
        </w:rPr>
        <w:t>ovog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članka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donosi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Povjerenstvo</w:t>
      </w:r>
      <w:proofErr w:type="spellEnd"/>
      <w:r w:rsidRPr="00FB384A">
        <w:rPr>
          <w:sz w:val="24"/>
          <w:szCs w:val="24"/>
        </w:rPr>
        <w:t>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</w:t>
      </w:r>
      <w:r w:rsidRPr="00FB384A">
        <w:rPr>
          <w:b/>
          <w:sz w:val="24"/>
          <w:szCs w:val="24"/>
        </w:rPr>
        <w:t>lanak</w:t>
      </w:r>
      <w:proofErr w:type="spellEnd"/>
      <w:r w:rsidRPr="00FB384A">
        <w:rPr>
          <w:b/>
          <w:sz w:val="24"/>
          <w:szCs w:val="24"/>
        </w:rPr>
        <w:t xml:space="preserve"> 15.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Školski odbor na prijedlog Povjerenstva donosi odluku o odabiru ili odluku o poništenju.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(2) Odluka o </w:t>
      </w:r>
      <w:proofErr w:type="spellStart"/>
      <w:r w:rsidRPr="00FB384A">
        <w:rPr>
          <w:sz w:val="24"/>
          <w:szCs w:val="24"/>
        </w:rPr>
        <w:t>odabiru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ponude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sadrži</w:t>
      </w:r>
      <w:proofErr w:type="spellEnd"/>
      <w:r w:rsidRPr="00FB384A">
        <w:rPr>
          <w:sz w:val="24"/>
          <w:szCs w:val="24"/>
        </w:rPr>
        <w:t>: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11992">
        <w:rPr>
          <w:sz w:val="24"/>
          <w:szCs w:val="24"/>
        </w:rPr>
        <w:t>podatke</w:t>
      </w:r>
      <w:proofErr w:type="spellEnd"/>
      <w:r w:rsidRPr="00111992">
        <w:rPr>
          <w:sz w:val="24"/>
          <w:szCs w:val="24"/>
        </w:rPr>
        <w:t xml:space="preserve"> o </w:t>
      </w:r>
      <w:proofErr w:type="spellStart"/>
      <w:r w:rsidRPr="00111992">
        <w:rPr>
          <w:sz w:val="24"/>
          <w:szCs w:val="24"/>
        </w:rPr>
        <w:t>naručitelju</w:t>
      </w:r>
      <w:proofErr w:type="spellEnd"/>
      <w:r w:rsidRPr="00111992">
        <w:rPr>
          <w:sz w:val="24"/>
          <w:szCs w:val="24"/>
        </w:rPr>
        <w:t>,</w:t>
      </w:r>
    </w:p>
    <w:p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11992">
        <w:rPr>
          <w:sz w:val="24"/>
          <w:szCs w:val="24"/>
        </w:rPr>
        <w:t>naziv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predmeta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nabave</w:t>
      </w:r>
      <w:proofErr w:type="spellEnd"/>
      <w:r w:rsidRPr="00111992">
        <w:rPr>
          <w:sz w:val="24"/>
          <w:szCs w:val="24"/>
        </w:rPr>
        <w:t>,</w:t>
      </w:r>
    </w:p>
    <w:p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111992">
        <w:rPr>
          <w:sz w:val="24"/>
          <w:szCs w:val="24"/>
        </w:rPr>
        <w:t>procijenjenu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vrijednost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nabave</w:t>
      </w:r>
      <w:proofErr w:type="spellEnd"/>
      <w:r w:rsidRPr="00111992">
        <w:rPr>
          <w:sz w:val="24"/>
          <w:szCs w:val="24"/>
        </w:rPr>
        <w:t>,</w:t>
      </w:r>
    </w:p>
    <w:p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podatke o </w:t>
      </w:r>
      <w:proofErr w:type="spellStart"/>
      <w:r w:rsidRPr="00111992">
        <w:rPr>
          <w:sz w:val="24"/>
          <w:szCs w:val="24"/>
        </w:rPr>
        <w:t>ponuditelju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koji</w:t>
      </w:r>
      <w:proofErr w:type="spellEnd"/>
      <w:r w:rsidRPr="00111992">
        <w:rPr>
          <w:sz w:val="24"/>
          <w:szCs w:val="24"/>
        </w:rPr>
        <w:t xml:space="preserve"> je </w:t>
      </w:r>
      <w:proofErr w:type="spellStart"/>
      <w:r w:rsidRPr="00111992">
        <w:rPr>
          <w:sz w:val="24"/>
          <w:szCs w:val="24"/>
        </w:rPr>
        <w:t>odabran</w:t>
      </w:r>
      <w:proofErr w:type="spellEnd"/>
      <w:r w:rsidRPr="00111992">
        <w:rPr>
          <w:sz w:val="24"/>
          <w:szCs w:val="24"/>
        </w:rPr>
        <w:t>,</w:t>
      </w:r>
    </w:p>
    <w:p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cijena odabrane ponude, bez PDV-a, iznos PDV-a i </w:t>
      </w:r>
      <w:proofErr w:type="spellStart"/>
      <w:r w:rsidRPr="00111992">
        <w:rPr>
          <w:sz w:val="24"/>
          <w:szCs w:val="24"/>
        </w:rPr>
        <w:t>cijena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ponude</w:t>
      </w:r>
      <w:proofErr w:type="spellEnd"/>
      <w:r w:rsidRPr="00111992">
        <w:rPr>
          <w:sz w:val="24"/>
          <w:szCs w:val="24"/>
        </w:rPr>
        <w:t xml:space="preserve"> s PDV-om,</w:t>
      </w:r>
    </w:p>
    <w:p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naziv i sjedište ponuditelja čije se ponude odbijaju i </w:t>
      </w:r>
      <w:proofErr w:type="spellStart"/>
      <w:r w:rsidRPr="00111992">
        <w:rPr>
          <w:sz w:val="24"/>
          <w:szCs w:val="24"/>
        </w:rPr>
        <w:t>razloge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odbijanja</w:t>
      </w:r>
      <w:proofErr w:type="spellEnd"/>
      <w:r w:rsidRPr="00111992">
        <w:rPr>
          <w:sz w:val="24"/>
          <w:szCs w:val="24"/>
        </w:rPr>
        <w:t xml:space="preserve"> </w:t>
      </w:r>
      <w:proofErr w:type="spellStart"/>
      <w:r w:rsidRPr="00111992">
        <w:rPr>
          <w:sz w:val="24"/>
          <w:szCs w:val="24"/>
        </w:rPr>
        <w:t>ponuda</w:t>
      </w:r>
      <w:proofErr w:type="spellEnd"/>
      <w:r w:rsidRPr="00111992">
        <w:rPr>
          <w:sz w:val="24"/>
          <w:szCs w:val="24"/>
        </w:rPr>
        <w:t>,</w:t>
      </w:r>
    </w:p>
    <w:p w:rsidR="00203126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 xml:space="preserve">datum </w:t>
      </w:r>
      <w:proofErr w:type="spellStart"/>
      <w:r w:rsidRPr="00111992">
        <w:rPr>
          <w:sz w:val="24"/>
          <w:szCs w:val="24"/>
        </w:rPr>
        <w:t>donošenja</w:t>
      </w:r>
      <w:proofErr w:type="spellEnd"/>
      <w:r w:rsidRPr="00111992">
        <w:rPr>
          <w:sz w:val="24"/>
          <w:szCs w:val="24"/>
        </w:rPr>
        <w:t>.</w:t>
      </w:r>
    </w:p>
    <w:p w:rsidR="00111992" w:rsidRPr="00111992" w:rsidRDefault="00111992" w:rsidP="00111992">
      <w:pPr>
        <w:spacing w:after="0" w:line="240" w:lineRule="auto"/>
        <w:jc w:val="both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</w:t>
      </w:r>
      <w:r w:rsidRPr="00FB384A">
        <w:rPr>
          <w:sz w:val="24"/>
          <w:szCs w:val="24"/>
        </w:rPr>
        <w:t>3) Odluka o odabiru ponude ili odluka o poništenju postupka jednostavne nabave dostavlja se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svim ponuditeljima putem e-maila odnosno putem modula jednostavne nabave u EOJN RH.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Nakon dostave Odluke o odabiru najpovoljnije ponude svim ponuditeljima, rav</w:t>
      </w:r>
      <w:r w:rsidRPr="00FB384A">
        <w:rPr>
          <w:sz w:val="24"/>
          <w:szCs w:val="24"/>
        </w:rPr>
        <w:t>natelj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Škole izdaje narudžbenicu ili sklapa ugovor s odabranim ponuditeljem.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(5) Na provođenje ovog postupka primjenjuje se Odluka o proceduri izdavanja narudžbenica i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Procedura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stvaranja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ugovornih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obveza</w:t>
      </w:r>
      <w:proofErr w:type="spellEnd"/>
      <w:r w:rsidRPr="00FB384A">
        <w:rPr>
          <w:sz w:val="24"/>
          <w:szCs w:val="24"/>
        </w:rPr>
        <w:t>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 xml:space="preserve">VI. </w:t>
      </w:r>
      <w:proofErr w:type="spellStart"/>
      <w:r w:rsidRPr="00FB384A">
        <w:rPr>
          <w:b/>
          <w:sz w:val="24"/>
          <w:szCs w:val="24"/>
        </w:rPr>
        <w:t>Pravna</w:t>
      </w:r>
      <w:proofErr w:type="spellEnd"/>
      <w:r w:rsidRPr="00FB384A">
        <w:rPr>
          <w:b/>
          <w:sz w:val="24"/>
          <w:szCs w:val="24"/>
        </w:rPr>
        <w:t xml:space="preserve"> </w:t>
      </w:r>
      <w:proofErr w:type="spellStart"/>
      <w:r w:rsidRPr="00FB384A">
        <w:rPr>
          <w:b/>
          <w:sz w:val="24"/>
          <w:szCs w:val="24"/>
        </w:rPr>
        <w:t>zaštita</w:t>
      </w:r>
      <w:proofErr w:type="spellEnd"/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16.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Za postupke jedn</w:t>
      </w:r>
      <w:r w:rsidRPr="00FB384A">
        <w:rPr>
          <w:sz w:val="24"/>
          <w:szCs w:val="24"/>
        </w:rPr>
        <w:t>ostavne nabave procijenjene vrijednosti manje od 15.000,00 eura (bez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PDV-a) nije dozvoljeno podnošenje prigovora ravnatelju Škole.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(2) </w:t>
      </w:r>
      <w:proofErr w:type="gramStart"/>
      <w:r w:rsidRPr="00FB384A">
        <w:rPr>
          <w:sz w:val="24"/>
          <w:szCs w:val="24"/>
        </w:rPr>
        <w:t>Za  jednostavne</w:t>
      </w:r>
      <w:proofErr w:type="gramEnd"/>
      <w:r w:rsidRPr="00FB384A">
        <w:rPr>
          <w:sz w:val="24"/>
          <w:szCs w:val="24"/>
        </w:rPr>
        <w:t xml:space="preserve"> nabave čija je procijenjena vrijednost veća od 15.000,00 eura ponuditelj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ima pravo izjaviti prigovor ravn</w:t>
      </w:r>
      <w:r w:rsidRPr="00FB384A">
        <w:rPr>
          <w:sz w:val="24"/>
          <w:szCs w:val="24"/>
        </w:rPr>
        <w:t>atelju Škole.</w:t>
      </w:r>
    </w:p>
    <w:p w:rsidR="00203126" w:rsidRPr="00FB384A" w:rsidRDefault="00203126" w:rsidP="00111992">
      <w:pPr>
        <w:spacing w:after="0" w:line="240" w:lineRule="auto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(3) Prigovor se može </w:t>
      </w:r>
      <w:proofErr w:type="gramStart"/>
      <w:r w:rsidRPr="00FB384A">
        <w:rPr>
          <w:sz w:val="24"/>
          <w:szCs w:val="24"/>
        </w:rPr>
        <w:t>podnijeti  na</w:t>
      </w:r>
      <w:proofErr w:type="gramEnd"/>
      <w:r w:rsidRPr="00FB384A">
        <w:rPr>
          <w:sz w:val="24"/>
          <w:szCs w:val="24"/>
        </w:rPr>
        <w:t xml:space="preserve"> sadržaj poziva na dostavu ponuda odnosno dokumentacije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o </w:t>
      </w:r>
      <w:proofErr w:type="gramStart"/>
      <w:r w:rsidRPr="00FB384A">
        <w:rPr>
          <w:sz w:val="24"/>
          <w:szCs w:val="24"/>
        </w:rPr>
        <w:t>nabavi,  postupak</w:t>
      </w:r>
      <w:proofErr w:type="gramEnd"/>
      <w:r w:rsidRPr="00FB384A">
        <w:rPr>
          <w:sz w:val="24"/>
          <w:szCs w:val="24"/>
        </w:rPr>
        <w:t xml:space="preserve"> pregleda i ocjene ponuda, odluku o odabiru ponude, odluku o poništenju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postupka jednostavne nabave.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Prigovor se podnosi pute</w:t>
      </w:r>
      <w:r w:rsidRPr="00FB384A">
        <w:rPr>
          <w:sz w:val="24"/>
          <w:szCs w:val="24"/>
        </w:rPr>
        <w:t xml:space="preserve">m modula jednostavne nabave EOJN </w:t>
      </w:r>
      <w:proofErr w:type="gramStart"/>
      <w:r w:rsidRPr="00FB384A">
        <w:rPr>
          <w:sz w:val="24"/>
          <w:szCs w:val="24"/>
        </w:rPr>
        <w:t>RH,  u</w:t>
      </w:r>
      <w:proofErr w:type="gramEnd"/>
      <w:r w:rsidRPr="00FB384A">
        <w:rPr>
          <w:sz w:val="24"/>
          <w:szCs w:val="24"/>
        </w:rPr>
        <w:t xml:space="preserve"> roku od 3  dana od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dana dostave odluke o odabiru ponude, odnosno poništenju postupka. Rok za podnošenje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prigovora Škola obvezno unosi u poziv za dostavu ponude.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(5) Ravnatelj Škole odlučuje o </w:t>
      </w:r>
      <w:proofErr w:type="gramStart"/>
      <w:r w:rsidRPr="00FB384A">
        <w:rPr>
          <w:sz w:val="24"/>
          <w:szCs w:val="24"/>
        </w:rPr>
        <w:t>prigovoru  rješenjem</w:t>
      </w:r>
      <w:proofErr w:type="gramEnd"/>
      <w:r w:rsidRPr="00FB384A">
        <w:rPr>
          <w:sz w:val="24"/>
          <w:szCs w:val="24"/>
        </w:rPr>
        <w:t xml:space="preserve"> u </w:t>
      </w:r>
      <w:r w:rsidRPr="00FB384A">
        <w:rPr>
          <w:sz w:val="24"/>
          <w:szCs w:val="24"/>
        </w:rPr>
        <w:t>roku osam dana od dana izjavljivanja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prigovora.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(6) Ravnatelj Škole može odbaciti prigovor ako nije pravodoban, odbiti prigovor kao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neosnovan, prihvatiti prigovor i poništiti postupak jednostavne nabave.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(7) Rješenje o prigovoru dostavlja se podnositelju p</w:t>
      </w:r>
      <w:r w:rsidRPr="00FB384A">
        <w:rPr>
          <w:sz w:val="24"/>
          <w:szCs w:val="24"/>
        </w:rPr>
        <w:t>rigovora elektroničkim sredstvima</w:t>
      </w: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komunikacije putem modula jednostavne nabave EOJN RH.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(8) Protiv rješenja o prigovoru može se </w:t>
      </w:r>
      <w:proofErr w:type="spellStart"/>
      <w:r w:rsidRPr="00FB384A">
        <w:rPr>
          <w:sz w:val="24"/>
          <w:szCs w:val="24"/>
        </w:rPr>
        <w:t>pokrenuti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upravni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spor</w:t>
      </w:r>
      <w:proofErr w:type="spellEnd"/>
      <w:r w:rsidRPr="00FB384A">
        <w:rPr>
          <w:sz w:val="24"/>
          <w:szCs w:val="24"/>
        </w:rPr>
        <w:t>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VII. PRIJELAZNE I ZAVRŠNE ODREDBE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17.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Ovaj Pravilnik stupa na snagu osmoga dana od dana objave na</w:t>
      </w:r>
      <w:r w:rsidRPr="00FB384A">
        <w:rPr>
          <w:sz w:val="24"/>
          <w:szCs w:val="24"/>
        </w:rPr>
        <w:t xml:space="preserve"> oglasnoj ploči Škole, </w:t>
      </w:r>
      <w:proofErr w:type="gramStart"/>
      <w:r w:rsidRPr="00FB384A">
        <w:rPr>
          <w:sz w:val="24"/>
          <w:szCs w:val="24"/>
        </w:rPr>
        <w:t>a</w:t>
      </w:r>
      <w:proofErr w:type="gramEnd"/>
      <w:r w:rsidRPr="00FB384A">
        <w:rPr>
          <w:sz w:val="24"/>
          <w:szCs w:val="24"/>
        </w:rPr>
        <w:t xml:space="preserve"> objaviti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će se na </w:t>
      </w:r>
      <w:proofErr w:type="spellStart"/>
      <w:r w:rsidRPr="00FB384A">
        <w:rPr>
          <w:sz w:val="24"/>
          <w:szCs w:val="24"/>
        </w:rPr>
        <w:t>mrežnoj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stranici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Škole</w:t>
      </w:r>
      <w:proofErr w:type="spellEnd"/>
      <w:r w:rsidRPr="00FB384A">
        <w:rPr>
          <w:sz w:val="24"/>
          <w:szCs w:val="24"/>
        </w:rPr>
        <w:t xml:space="preserve"> </w:t>
      </w:r>
      <w:r w:rsidRPr="00FB384A">
        <w:rPr>
          <w:sz w:val="24"/>
          <w:szCs w:val="24"/>
        </w:rPr>
        <w:t>i u EOJN RH.</w:t>
      </w: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FB384A">
        <w:rPr>
          <w:b/>
          <w:sz w:val="24"/>
          <w:szCs w:val="24"/>
        </w:rPr>
        <w:t>Članak</w:t>
      </w:r>
      <w:proofErr w:type="spellEnd"/>
      <w:r w:rsidRPr="00FB384A">
        <w:rPr>
          <w:b/>
          <w:sz w:val="24"/>
          <w:szCs w:val="24"/>
        </w:rPr>
        <w:t xml:space="preserve"> 18.</w:t>
      </w:r>
    </w:p>
    <w:p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Stupanjem na snagu ovoga Pravilnika prestaje važiti Pravilnik o provedbi postupaka</w:t>
      </w:r>
    </w:p>
    <w:p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jednostavne </w:t>
      </w:r>
      <w:proofErr w:type="spellStart"/>
      <w:r w:rsidRPr="00FB384A">
        <w:rPr>
          <w:sz w:val="24"/>
          <w:szCs w:val="24"/>
        </w:rPr>
        <w:t>nabave</w:t>
      </w:r>
      <w:proofErr w:type="spellEnd"/>
      <w:r w:rsidRPr="00FB384A">
        <w:rPr>
          <w:sz w:val="24"/>
          <w:szCs w:val="24"/>
        </w:rPr>
        <w:t xml:space="preserve"> (KLASA:</w:t>
      </w:r>
      <w:r>
        <w:rPr>
          <w:sz w:val="24"/>
          <w:szCs w:val="24"/>
        </w:rPr>
        <w:t>003-05/19-01/1,</w:t>
      </w:r>
      <w:r w:rsidRPr="00FB384A">
        <w:rPr>
          <w:sz w:val="24"/>
          <w:szCs w:val="24"/>
        </w:rPr>
        <w:t xml:space="preserve"> URBROJ: </w:t>
      </w:r>
      <w:r>
        <w:rPr>
          <w:sz w:val="24"/>
          <w:szCs w:val="24"/>
        </w:rPr>
        <w:t xml:space="preserve">2170-55-01-19-01), od 31. </w:t>
      </w:r>
      <w:proofErr w:type="spellStart"/>
      <w:r>
        <w:rPr>
          <w:sz w:val="24"/>
          <w:szCs w:val="24"/>
        </w:rPr>
        <w:t>siječnja</w:t>
      </w:r>
      <w:proofErr w:type="spellEnd"/>
      <w:r>
        <w:rPr>
          <w:sz w:val="24"/>
          <w:szCs w:val="24"/>
        </w:rPr>
        <w:t xml:space="preserve"> 2019.g.</w:t>
      </w:r>
    </w:p>
    <w:p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384A">
        <w:rPr>
          <w:sz w:val="24"/>
          <w:szCs w:val="24"/>
        </w:rPr>
        <w:t xml:space="preserve">                  </w:t>
      </w:r>
      <w:r w:rsidRPr="00FB384A">
        <w:rPr>
          <w:sz w:val="24"/>
          <w:szCs w:val="24"/>
        </w:rPr>
        <w:t xml:space="preserve">  </w:t>
      </w:r>
      <w:r w:rsidRPr="00FB384A">
        <w:rPr>
          <w:sz w:val="24"/>
          <w:szCs w:val="24"/>
        </w:rPr>
        <w:t xml:space="preserve">                 </w:t>
      </w:r>
    </w:p>
    <w:p w:rsidR="00203126" w:rsidRPr="00FB384A" w:rsidRDefault="00111992" w:rsidP="00111992">
      <w:pPr>
        <w:spacing w:after="0" w:line="240" w:lineRule="auto"/>
        <w:rPr>
          <w:sz w:val="24"/>
          <w:szCs w:val="24"/>
        </w:rPr>
      </w:pPr>
      <w:r w:rsidRPr="00FB384A">
        <w:rPr>
          <w:b/>
          <w:sz w:val="24"/>
          <w:szCs w:val="24"/>
        </w:rPr>
        <w:t>KLASA:</w:t>
      </w:r>
      <w:r w:rsidRPr="00111992">
        <w:t xml:space="preserve"> </w:t>
      </w:r>
      <w:r w:rsidRPr="00111992">
        <w:rPr>
          <w:b/>
          <w:sz w:val="24"/>
          <w:szCs w:val="24"/>
        </w:rPr>
        <w:t>011-02/26-01/1</w:t>
      </w:r>
    </w:p>
    <w:p w:rsidR="00203126" w:rsidRDefault="00111992" w:rsidP="00111992">
      <w:pPr>
        <w:spacing w:after="0" w:line="240" w:lineRule="auto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URBROJ:</w:t>
      </w:r>
      <w:r w:rsidRPr="00111992">
        <w:t xml:space="preserve"> </w:t>
      </w:r>
      <w:r w:rsidRPr="00111992">
        <w:rPr>
          <w:b/>
          <w:sz w:val="24"/>
          <w:szCs w:val="24"/>
        </w:rPr>
        <w:t>2170-1-52-01-26-1</w:t>
      </w:r>
    </w:p>
    <w:p w:rsidR="00111992" w:rsidRPr="00FB384A" w:rsidRDefault="00111992" w:rsidP="00111992">
      <w:pPr>
        <w:spacing w:after="0" w:line="240" w:lineRule="auto"/>
        <w:rPr>
          <w:sz w:val="24"/>
          <w:szCs w:val="24"/>
        </w:rPr>
      </w:pP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Rijeka,_</w:t>
      </w:r>
      <w:proofErr w:type="gramEnd"/>
      <w:r>
        <w:rPr>
          <w:sz w:val="24"/>
          <w:szCs w:val="24"/>
        </w:rPr>
        <w:t>___________________</w:t>
      </w:r>
      <w:r w:rsidRPr="00FB384A">
        <w:rPr>
          <w:sz w:val="24"/>
          <w:szCs w:val="24"/>
        </w:rPr>
        <w:t xml:space="preserve"> 2026.</w:t>
      </w:r>
    </w:p>
    <w:p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Predsjedni</w:t>
      </w:r>
      <w:r>
        <w:rPr>
          <w:sz w:val="24"/>
          <w:szCs w:val="24"/>
        </w:rPr>
        <w:t>ca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Školskog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odbora</w:t>
      </w:r>
      <w:proofErr w:type="spellEnd"/>
      <w:r>
        <w:rPr>
          <w:sz w:val="24"/>
          <w:szCs w:val="24"/>
        </w:rPr>
        <w:t>:</w:t>
      </w:r>
    </w:p>
    <w:p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Ana Balas Šeremet</w:t>
      </w:r>
    </w:p>
    <w:p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111992" w:rsidRPr="00FB384A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Ovaj Pravilnik objavljen je </w:t>
      </w:r>
      <w:proofErr w:type="gramStart"/>
      <w:r w:rsidRPr="00FB384A">
        <w:rPr>
          <w:sz w:val="24"/>
          <w:szCs w:val="24"/>
        </w:rPr>
        <w:t>na</w:t>
      </w:r>
      <w:bookmarkStart w:id="1" w:name="_GoBack"/>
      <w:bookmarkEnd w:id="1"/>
      <w:r w:rsidRPr="00FB384A">
        <w:rPr>
          <w:sz w:val="24"/>
          <w:szCs w:val="24"/>
        </w:rPr>
        <w:t xml:space="preserve">  oglasnoj</w:t>
      </w:r>
      <w:proofErr w:type="gramEnd"/>
      <w:r w:rsidRPr="00FB384A">
        <w:rPr>
          <w:sz w:val="24"/>
          <w:szCs w:val="24"/>
        </w:rPr>
        <w:t xml:space="preserve"> ploči Škole, na mrežnoj stranici Škole i u EOJN RH</w:t>
      </w:r>
    </w:p>
    <w:p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dana              2026</w:t>
      </w:r>
      <w:proofErr w:type="gramStart"/>
      <w:r w:rsidRPr="00FB384A">
        <w:rPr>
          <w:sz w:val="24"/>
          <w:szCs w:val="24"/>
        </w:rPr>
        <w:t>.,  a</w:t>
      </w:r>
      <w:proofErr w:type="gramEnd"/>
      <w:r w:rsidRPr="00FB384A">
        <w:rPr>
          <w:sz w:val="24"/>
          <w:szCs w:val="24"/>
        </w:rPr>
        <w:t xml:space="preserve"> stupio je </w:t>
      </w:r>
      <w:proofErr w:type="spellStart"/>
      <w:r w:rsidRPr="00FB384A">
        <w:rPr>
          <w:sz w:val="24"/>
          <w:szCs w:val="24"/>
        </w:rPr>
        <w:t>na</w:t>
      </w:r>
      <w:proofErr w:type="spellEnd"/>
      <w:r w:rsidRPr="00FB384A">
        <w:rPr>
          <w:sz w:val="24"/>
          <w:szCs w:val="24"/>
        </w:rPr>
        <w:t xml:space="preserve"> </w:t>
      </w:r>
      <w:proofErr w:type="spellStart"/>
      <w:r w:rsidRPr="00FB384A">
        <w:rPr>
          <w:sz w:val="24"/>
          <w:szCs w:val="24"/>
        </w:rPr>
        <w:t>snagu</w:t>
      </w:r>
      <w:proofErr w:type="spellEnd"/>
      <w:r w:rsidRPr="00FB384A">
        <w:rPr>
          <w:sz w:val="24"/>
          <w:szCs w:val="24"/>
        </w:rPr>
        <w:t xml:space="preserve"> </w:t>
      </w:r>
      <w:r w:rsidRPr="00FB384A">
        <w:rPr>
          <w:sz w:val="24"/>
          <w:szCs w:val="24"/>
        </w:rPr>
        <w:t>dana                 2026.</w:t>
      </w:r>
    </w:p>
    <w:p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:rsidR="00203126" w:rsidRDefault="00111992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  <w:proofErr w:type="spellStart"/>
      <w:r w:rsidRPr="00FB384A">
        <w:rPr>
          <w:sz w:val="24"/>
          <w:szCs w:val="24"/>
        </w:rPr>
        <w:t>Ravnatel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>:</w:t>
      </w:r>
    </w:p>
    <w:p w:rsidR="00111992" w:rsidRDefault="00111992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</w:p>
    <w:p w:rsidR="00111992" w:rsidRPr="00FB384A" w:rsidRDefault="00111992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>Mladen Župan</w:t>
      </w:r>
    </w:p>
    <w:p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  <w:bookmarkEnd w:id="0"/>
    </w:p>
    <w:sectPr w:rsidR="00203126" w:rsidRPr="00FB384A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B93EBA"/>
    <w:multiLevelType w:val="hybridMultilevel"/>
    <w:tmpl w:val="4C5829F0"/>
    <w:lvl w:ilvl="0" w:tplc="0354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53B24"/>
    <w:multiLevelType w:val="hybridMultilevel"/>
    <w:tmpl w:val="27741B6E"/>
    <w:lvl w:ilvl="0" w:tplc="0354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172E6"/>
    <w:multiLevelType w:val="hybridMultilevel"/>
    <w:tmpl w:val="7CECEEE8"/>
    <w:lvl w:ilvl="0" w:tplc="0354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525EE"/>
    <w:multiLevelType w:val="hybridMultilevel"/>
    <w:tmpl w:val="58E26FA2"/>
    <w:lvl w:ilvl="0" w:tplc="451EEF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992"/>
    <w:rsid w:val="0015074B"/>
    <w:rsid w:val="00203126"/>
    <w:rsid w:val="0029639D"/>
    <w:rsid w:val="00326F90"/>
    <w:rsid w:val="00AA1D8D"/>
    <w:rsid w:val="00B47730"/>
    <w:rsid w:val="00CB0664"/>
    <w:rsid w:val="00FB38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267E7"/>
  <w14:defaultImageDpi w14:val="300"/>
  <w15:docId w15:val="{C592BFCB-8353-4259-B6EB-DC05A0AF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E3D80E-4530-4CAA-A0DC-72CE35AB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2008</Words>
  <Characters>11452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Balas Šeremet</cp:lastModifiedBy>
  <cp:revision>2</cp:revision>
  <dcterms:created xsi:type="dcterms:W3CDTF">2026-07-29T09:15:00Z</dcterms:created>
  <dcterms:modified xsi:type="dcterms:W3CDTF">2026-07-29T09:15:00Z</dcterms:modified>
  <cp:category/>
</cp:coreProperties>
</file>